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Travel itinerary</w:t>
      </w:r>
    </w:p>
    <w:p>
      <w:r>
        <w:t>Print it or type into it. One page per day for the first seven days; copy a day page for a longer trip.</w:t>
      </w:r>
    </w:p>
    <w:p>
      <w:pPr>
        <w:pStyle w:val="Heading1"/>
      </w:pPr>
      <w:r>
        <w:t>Trip overview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rPr>
          <w:trHeight w:val="510"/>
        </w:trPr>
        <w:tc>
          <w:tcPr>
            <w:tcW w:type="dxa" w:w="4535"/>
            <w:shd w:val="clear" w:color="auto" w:fill="1F2A37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10488"/>
            <w:shd w:val="clear" w:color="auto" w:fill="1F2A37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Trip name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Destinations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Start date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End date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Travellers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Where we stay (address)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Emergency contact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Travel insurance (policy and phone)</w:t>
            </w:r>
          </w:p>
        </w:tc>
        <w:tc>
          <w:tcPr>
            <w:tcW w:type="dxa" w:w="10488"/>
          </w:tcPr>
          <w:p/>
        </w:tc>
      </w:tr>
      <w:tr>
        <w:trPr>
          <w:trHeight w:val="510"/>
        </w:trPr>
        <w:tc>
          <w:tcPr>
            <w:tcW w:type="dxa" w:w="4535"/>
            <w:shd w:val="clear" w:color="auto" w:fill="F3EFE6"/>
          </w:tcPr>
          <w:p>
            <w:r>
              <w:t>Notes</w:t>
            </w:r>
          </w:p>
        </w:tc>
        <w:tc>
          <w:tcPr>
            <w:tcW w:type="dxa" w:w="10488"/>
          </w:tcPr>
          <w:p/>
        </w:tc>
      </w:tr>
    </w:tbl>
    <w:p>
      <w:r>
        <w:br w:type="page"/>
      </w:r>
    </w:p>
    <w:p>
      <w:pPr>
        <w:pStyle w:val="Heading1"/>
      </w:pPr>
      <w:r>
        <w:t>Day 1</w:t>
      </w:r>
    </w:p>
    <w:p>
      <w:r>
        <w:t>Date: ____________________    Where we sleep tonight: 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rHeight w:val="510"/>
        </w:trPr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Activity or place</w:t>
            </w:r>
          </w:p>
        </w:tc>
        <w:tc>
          <w:tcPr>
            <w:tcW w:type="dxa" w:w="2608"/>
            <w:shd w:val="clear" w:color="auto" w:fill="1F2A37"/>
          </w:tcPr>
          <w:p>
            <w:r/>
            <w:r>
              <w:rPr>
                <w:b/>
                <w:color w:val="FFFFFF"/>
              </w:rPr>
              <w:t>Area or address</w:t>
            </w:r>
          </w:p>
        </w:tc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Book ahead?</w:t>
            </w:r>
          </w:p>
        </w:tc>
        <w:tc>
          <w:tcPr>
            <w:tcW w:type="dxa" w:w="2041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361"/>
            <w:shd w:val="clear" w:color="auto" w:fill="1F2A37"/>
          </w:tcPr>
          <w:p>
            <w:r/>
            <w:r>
              <w:rPr>
                <w:b/>
                <w:color w:val="FFFFFF"/>
              </w:rPr>
              <w:t>Estimated cost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74"/>
          </w:tcPr>
          <w:p>
            <w:r>
              <w:t>Morning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Afternoon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Evening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</w:tbl>
    <w:p>
      <w:r>
        <w:br w:type="page"/>
      </w:r>
    </w:p>
    <w:p>
      <w:pPr>
        <w:pStyle w:val="Heading1"/>
      </w:pPr>
      <w:r>
        <w:t>Day 2</w:t>
      </w:r>
    </w:p>
    <w:p>
      <w:r>
        <w:t>Date: ____________________    Where we sleep tonight: 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rHeight w:val="510"/>
        </w:trPr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Activity or place</w:t>
            </w:r>
          </w:p>
        </w:tc>
        <w:tc>
          <w:tcPr>
            <w:tcW w:type="dxa" w:w="2608"/>
            <w:shd w:val="clear" w:color="auto" w:fill="1F2A37"/>
          </w:tcPr>
          <w:p>
            <w:r/>
            <w:r>
              <w:rPr>
                <w:b/>
                <w:color w:val="FFFFFF"/>
              </w:rPr>
              <w:t>Area or address</w:t>
            </w:r>
          </w:p>
        </w:tc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Book ahead?</w:t>
            </w:r>
          </w:p>
        </w:tc>
        <w:tc>
          <w:tcPr>
            <w:tcW w:type="dxa" w:w="2041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361"/>
            <w:shd w:val="clear" w:color="auto" w:fill="1F2A37"/>
          </w:tcPr>
          <w:p>
            <w:r/>
            <w:r>
              <w:rPr>
                <w:b/>
                <w:color w:val="FFFFFF"/>
              </w:rPr>
              <w:t>Estimated cost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74"/>
          </w:tcPr>
          <w:p>
            <w:r>
              <w:t>Morning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Afternoon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Evening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</w:tbl>
    <w:p>
      <w:r>
        <w:br w:type="page"/>
      </w:r>
    </w:p>
    <w:p>
      <w:pPr>
        <w:pStyle w:val="Heading1"/>
      </w:pPr>
      <w:r>
        <w:t>Day 3</w:t>
      </w:r>
    </w:p>
    <w:p>
      <w:r>
        <w:t>Date: ____________________    Where we sleep tonight: 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rHeight w:val="510"/>
        </w:trPr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Activity or place</w:t>
            </w:r>
          </w:p>
        </w:tc>
        <w:tc>
          <w:tcPr>
            <w:tcW w:type="dxa" w:w="2608"/>
            <w:shd w:val="clear" w:color="auto" w:fill="1F2A37"/>
          </w:tcPr>
          <w:p>
            <w:r/>
            <w:r>
              <w:rPr>
                <w:b/>
                <w:color w:val="FFFFFF"/>
              </w:rPr>
              <w:t>Area or address</w:t>
            </w:r>
          </w:p>
        </w:tc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Book ahead?</w:t>
            </w:r>
          </w:p>
        </w:tc>
        <w:tc>
          <w:tcPr>
            <w:tcW w:type="dxa" w:w="2041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361"/>
            <w:shd w:val="clear" w:color="auto" w:fill="1F2A37"/>
          </w:tcPr>
          <w:p>
            <w:r/>
            <w:r>
              <w:rPr>
                <w:b/>
                <w:color w:val="FFFFFF"/>
              </w:rPr>
              <w:t>Estimated cost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74"/>
          </w:tcPr>
          <w:p>
            <w:r>
              <w:t>Morning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Afternoon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Evening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</w:tbl>
    <w:p>
      <w:r>
        <w:br w:type="page"/>
      </w:r>
    </w:p>
    <w:p>
      <w:pPr>
        <w:pStyle w:val="Heading1"/>
      </w:pPr>
      <w:r>
        <w:t>Day 4</w:t>
      </w:r>
    </w:p>
    <w:p>
      <w:r>
        <w:t>Date: ____________________    Where we sleep tonight: 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rHeight w:val="510"/>
        </w:trPr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Activity or place</w:t>
            </w:r>
          </w:p>
        </w:tc>
        <w:tc>
          <w:tcPr>
            <w:tcW w:type="dxa" w:w="2608"/>
            <w:shd w:val="clear" w:color="auto" w:fill="1F2A37"/>
          </w:tcPr>
          <w:p>
            <w:r/>
            <w:r>
              <w:rPr>
                <w:b/>
                <w:color w:val="FFFFFF"/>
              </w:rPr>
              <w:t>Area or address</w:t>
            </w:r>
          </w:p>
        </w:tc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Book ahead?</w:t>
            </w:r>
          </w:p>
        </w:tc>
        <w:tc>
          <w:tcPr>
            <w:tcW w:type="dxa" w:w="2041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361"/>
            <w:shd w:val="clear" w:color="auto" w:fill="1F2A37"/>
          </w:tcPr>
          <w:p>
            <w:r/>
            <w:r>
              <w:rPr>
                <w:b/>
                <w:color w:val="FFFFFF"/>
              </w:rPr>
              <w:t>Estimated cost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74"/>
          </w:tcPr>
          <w:p>
            <w:r>
              <w:t>Morning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Afternoon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Evening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</w:tbl>
    <w:p>
      <w:r>
        <w:br w:type="page"/>
      </w:r>
    </w:p>
    <w:p>
      <w:pPr>
        <w:pStyle w:val="Heading1"/>
      </w:pPr>
      <w:r>
        <w:t>Day 5</w:t>
      </w:r>
    </w:p>
    <w:p>
      <w:r>
        <w:t>Date: ____________________    Where we sleep tonight: 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rHeight w:val="510"/>
        </w:trPr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Activity or place</w:t>
            </w:r>
          </w:p>
        </w:tc>
        <w:tc>
          <w:tcPr>
            <w:tcW w:type="dxa" w:w="2608"/>
            <w:shd w:val="clear" w:color="auto" w:fill="1F2A37"/>
          </w:tcPr>
          <w:p>
            <w:r/>
            <w:r>
              <w:rPr>
                <w:b/>
                <w:color w:val="FFFFFF"/>
              </w:rPr>
              <w:t>Area or address</w:t>
            </w:r>
          </w:p>
        </w:tc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Book ahead?</w:t>
            </w:r>
          </w:p>
        </w:tc>
        <w:tc>
          <w:tcPr>
            <w:tcW w:type="dxa" w:w="2041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361"/>
            <w:shd w:val="clear" w:color="auto" w:fill="1F2A37"/>
          </w:tcPr>
          <w:p>
            <w:r/>
            <w:r>
              <w:rPr>
                <w:b/>
                <w:color w:val="FFFFFF"/>
              </w:rPr>
              <w:t>Estimated cost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74"/>
          </w:tcPr>
          <w:p>
            <w:r>
              <w:t>Morning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Afternoon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Evening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</w:tbl>
    <w:p>
      <w:r>
        <w:br w:type="page"/>
      </w:r>
    </w:p>
    <w:p>
      <w:pPr>
        <w:pStyle w:val="Heading1"/>
      </w:pPr>
      <w:r>
        <w:t>Day 6</w:t>
      </w:r>
    </w:p>
    <w:p>
      <w:r>
        <w:t>Date: ____________________    Where we sleep tonight: 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rHeight w:val="510"/>
        </w:trPr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Activity or place</w:t>
            </w:r>
          </w:p>
        </w:tc>
        <w:tc>
          <w:tcPr>
            <w:tcW w:type="dxa" w:w="2608"/>
            <w:shd w:val="clear" w:color="auto" w:fill="1F2A37"/>
          </w:tcPr>
          <w:p>
            <w:r/>
            <w:r>
              <w:rPr>
                <w:b/>
                <w:color w:val="FFFFFF"/>
              </w:rPr>
              <w:t>Area or address</w:t>
            </w:r>
          </w:p>
        </w:tc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Book ahead?</w:t>
            </w:r>
          </w:p>
        </w:tc>
        <w:tc>
          <w:tcPr>
            <w:tcW w:type="dxa" w:w="2041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361"/>
            <w:shd w:val="clear" w:color="auto" w:fill="1F2A37"/>
          </w:tcPr>
          <w:p>
            <w:r/>
            <w:r>
              <w:rPr>
                <w:b/>
                <w:color w:val="FFFFFF"/>
              </w:rPr>
              <w:t>Estimated cost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74"/>
          </w:tcPr>
          <w:p>
            <w:r>
              <w:t>Morning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Afternoon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Evening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</w:tbl>
    <w:p>
      <w:r>
        <w:br w:type="page"/>
      </w:r>
    </w:p>
    <w:p>
      <w:pPr>
        <w:pStyle w:val="Heading1"/>
      </w:pPr>
      <w:r>
        <w:t>Day 7</w:t>
      </w:r>
    </w:p>
    <w:p>
      <w:r>
        <w:t>Date: ____________________    Where we sleep tonight: 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rHeight w:val="510"/>
        </w:trPr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Activity or place</w:t>
            </w:r>
          </w:p>
        </w:tc>
        <w:tc>
          <w:tcPr>
            <w:tcW w:type="dxa" w:w="2608"/>
            <w:shd w:val="clear" w:color="auto" w:fill="1F2A37"/>
          </w:tcPr>
          <w:p>
            <w:r/>
            <w:r>
              <w:rPr>
                <w:b/>
                <w:color w:val="FFFFFF"/>
              </w:rPr>
              <w:t>Area or address</w:t>
            </w:r>
          </w:p>
        </w:tc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Book ahead?</w:t>
            </w:r>
          </w:p>
        </w:tc>
        <w:tc>
          <w:tcPr>
            <w:tcW w:type="dxa" w:w="2041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361"/>
            <w:shd w:val="clear" w:color="auto" w:fill="1F2A37"/>
          </w:tcPr>
          <w:p>
            <w:r/>
            <w:r>
              <w:rPr>
                <w:b/>
                <w:color w:val="FFFFFF"/>
              </w:rPr>
              <w:t>Estimated cost</w:t>
            </w:r>
          </w:p>
        </w:tc>
        <w:tc>
          <w:tcPr>
            <w:tcW w:type="dxa" w:w="3175"/>
            <w:shd w:val="clear" w:color="auto" w:fill="1F2A3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74"/>
          </w:tcPr>
          <w:p>
            <w:r>
              <w:t>Morning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Afternoon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>
            <w:r>
              <w:t>Evening</w:t>
            </w:r>
          </w:p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  <w:tr>
        <w:trPr>
          <w:trHeight w:val="907"/>
        </w:trPr>
        <w:tc>
          <w:tcPr>
            <w:tcW w:type="dxa" w:w="1474"/>
          </w:tcPr>
          <w:p/>
        </w:tc>
        <w:tc>
          <w:tcPr>
            <w:tcW w:type="dxa" w:w="3175"/>
          </w:tcPr>
          <w:p/>
        </w:tc>
        <w:tc>
          <w:tcPr>
            <w:tcW w:type="dxa" w:w="2608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1361"/>
          </w:tcPr>
          <w:p/>
        </w:tc>
        <w:tc>
          <w:tcPr>
            <w:tcW w:type="dxa" w:w="3175"/>
          </w:tcPr>
          <w:p/>
        </w:tc>
      </w:tr>
    </w:tbl>
    <w:p>
      <w:r>
        <w:br w:type="page"/>
      </w:r>
    </w:p>
    <w:p>
      <w:pPr>
        <w:pStyle w:val="Heading1"/>
      </w:pPr>
      <w:r>
        <w:t>Bookings</w:t>
      </w:r>
    </w:p>
    <w:p>
      <w:r>
        <w:t>"Booked through" is the site or app you used; "Who provides it" is the airline, hotel or operator whose change and refund rules apply.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rPr>
          <w:trHeight w:val="510"/>
        </w:trPr>
        <w:tc>
          <w:tcPr>
            <w:tcW w:type="dxa" w:w="1247"/>
            <w:shd w:val="clear" w:color="auto" w:fill="1F2A37"/>
          </w:tcPr>
          <w:p>
            <w:r/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2154"/>
            <w:shd w:val="clear" w:color="auto" w:fill="1F2A37"/>
          </w:tcPr>
          <w:p>
            <w:r/>
            <w:r>
              <w:rPr>
                <w:b/>
                <w:color w:val="FFFFFF"/>
              </w:rPr>
              <w:t>What</w:t>
            </w:r>
          </w:p>
        </w:tc>
        <w:tc>
          <w:tcPr>
            <w:tcW w:type="dxa" w:w="1701"/>
            <w:shd w:val="clear" w:color="auto" w:fill="1F2A37"/>
          </w:tcPr>
          <w:p>
            <w:r/>
            <w:r>
              <w:rPr>
                <w:b/>
                <w:color w:val="FFFFFF"/>
              </w:rPr>
              <w:t>Booked through</w:t>
            </w:r>
          </w:p>
        </w:tc>
        <w:tc>
          <w:tcPr>
            <w:tcW w:type="dxa" w:w="1701"/>
            <w:shd w:val="clear" w:color="auto" w:fill="1F2A37"/>
          </w:tcPr>
          <w:p>
            <w:r/>
            <w:r>
              <w:rPr>
                <w:b/>
                <w:color w:val="FFFFFF"/>
              </w:rPr>
              <w:t>Who provides it</w:t>
            </w:r>
          </w:p>
        </w:tc>
        <w:tc>
          <w:tcPr>
            <w:tcW w:type="dxa" w:w="1928"/>
            <w:shd w:val="clear" w:color="auto" w:fill="1F2A37"/>
          </w:tcPr>
          <w:p>
            <w:r/>
            <w:r>
              <w:rPr>
                <w:b/>
                <w:color w:val="FFFFFF"/>
              </w:rPr>
              <w:t>Confirmation number</w:t>
            </w:r>
          </w:p>
        </w:tc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From</w:t>
            </w:r>
          </w:p>
        </w:tc>
        <w:tc>
          <w:tcPr>
            <w:tcW w:type="dxa" w:w="1474"/>
            <w:shd w:val="clear" w:color="auto" w:fill="1F2A37"/>
          </w:tcPr>
          <w:p>
            <w:r/>
            <w:r>
              <w:rPr>
                <w:b/>
                <w:color w:val="FFFFFF"/>
              </w:rPr>
              <w:t>To</w:t>
            </w:r>
          </w:p>
        </w:tc>
        <w:tc>
          <w:tcPr>
            <w:tcW w:type="dxa" w:w="1701"/>
            <w:shd w:val="clear" w:color="auto" w:fill="1F2A37"/>
          </w:tcPr>
          <w:p>
            <w:r/>
            <w:r>
              <w:rPr>
                <w:b/>
                <w:color w:val="FFFFFF"/>
              </w:rPr>
              <w:t>Free cancellation until</w:t>
            </w:r>
          </w:p>
        </w:tc>
        <w:tc>
          <w:tcPr>
            <w:tcW w:type="dxa" w:w="1134"/>
            <w:shd w:val="clear" w:color="auto" w:fill="1F2A37"/>
          </w:tcPr>
          <w:p>
            <w:r/>
            <w:r>
              <w:rPr>
                <w:b/>
                <w:color w:val="FFFFFF"/>
              </w:rPr>
              <w:t>Cost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15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</w:tr>
    </w:tbl>
    <w:p>
      <w:r>
        <w:br w:type="page"/>
      </w:r>
    </w:p>
    <w:p>
      <w:pPr>
        <w:pStyle w:val="Heading1"/>
      </w:pPr>
      <w:r>
        <w:t>Budget</w:t>
      </w:r>
    </w:p>
    <w:p>
      <w:r>
        <w:t>Currency: 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rPr>
          <w:trHeight w:val="510"/>
        </w:trPr>
        <w:tc>
          <w:tcPr>
            <w:tcW w:type="dxa" w:w="5669"/>
            <w:shd w:val="clear" w:color="auto" w:fill="1F2A37"/>
          </w:tcPr>
          <w:p>
            <w:r/>
            <w:r>
              <w:rPr>
                <w:b/>
                <w:color w:val="FFFFFF"/>
              </w:rPr>
              <w:t>Category</w:t>
            </w:r>
          </w:p>
        </w:tc>
        <w:tc>
          <w:tcPr>
            <w:tcW w:type="dxa" w:w="3118"/>
            <w:shd w:val="clear" w:color="auto" w:fill="1F2A37"/>
          </w:tcPr>
          <w:p>
            <w:r/>
            <w:r>
              <w:rPr>
                <w:b/>
                <w:color w:val="FFFFFF"/>
              </w:rPr>
              <w:t>Planned</w:t>
            </w:r>
          </w:p>
        </w:tc>
        <w:tc>
          <w:tcPr>
            <w:tcW w:type="dxa" w:w="3118"/>
            <w:shd w:val="clear" w:color="auto" w:fill="1F2A37"/>
          </w:tcPr>
          <w:p>
            <w:r/>
            <w:r>
              <w:rPr>
                <w:b/>
                <w:color w:val="FFFFFF"/>
              </w:rPr>
              <w:t>Spent</w:t>
            </w:r>
          </w:p>
        </w:tc>
        <w:tc>
          <w:tcPr>
            <w:tcW w:type="dxa" w:w="3118"/>
            <w:shd w:val="clear" w:color="auto" w:fill="1F2A37"/>
          </w:tcPr>
          <w:p>
            <w:r/>
            <w:r>
              <w:rPr>
                <w:b/>
                <w:color w:val="FFFFFF"/>
              </w:rPr>
              <w:t>Left</w:t>
            </w:r>
          </w:p>
        </w:tc>
      </w:tr>
      <w:tr>
        <w:trPr>
          <w:trHeight w:val="510"/>
        </w:trPr>
        <w:tc>
          <w:tcPr>
            <w:tcW w:type="dxa" w:w="5669"/>
          </w:tcPr>
          <w:p>
            <w:r>
              <w:t>Flights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  <w:tr>
        <w:trPr>
          <w:trHeight w:val="510"/>
        </w:trPr>
        <w:tc>
          <w:tcPr>
            <w:tcW w:type="dxa" w:w="5669"/>
          </w:tcPr>
          <w:p>
            <w:r>
              <w:t>Stays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  <w:tr>
        <w:trPr>
          <w:trHeight w:val="510"/>
        </w:trPr>
        <w:tc>
          <w:tcPr>
            <w:tcW w:type="dxa" w:w="5669"/>
          </w:tcPr>
          <w:p>
            <w:r>
              <w:t>Local transport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  <w:tr>
        <w:trPr>
          <w:trHeight w:val="510"/>
        </w:trPr>
        <w:tc>
          <w:tcPr>
            <w:tcW w:type="dxa" w:w="5669"/>
          </w:tcPr>
          <w:p>
            <w:r>
              <w:t>Food and drink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  <w:tr>
        <w:trPr>
          <w:trHeight w:val="510"/>
        </w:trPr>
        <w:tc>
          <w:tcPr>
            <w:tcW w:type="dxa" w:w="5669"/>
          </w:tcPr>
          <w:p>
            <w:r>
              <w:t>Tours and tickets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  <w:tr>
        <w:trPr>
          <w:trHeight w:val="510"/>
        </w:trPr>
        <w:tc>
          <w:tcPr>
            <w:tcW w:type="dxa" w:w="5669"/>
          </w:tcPr>
          <w:p>
            <w:r>
              <w:t>Travel insurance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  <w:tr>
        <w:trPr>
          <w:trHeight w:val="510"/>
        </w:trPr>
        <w:tc>
          <w:tcPr>
            <w:tcW w:type="dxa" w:w="5669"/>
          </w:tcPr>
          <w:p>
            <w:r>
              <w:t>Shopping and extras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  <w:tr>
        <w:trPr>
          <w:trHeight w:val="510"/>
        </w:trPr>
        <w:tc>
          <w:tcPr>
            <w:tcW w:type="dxa" w:w="5669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  <w:tc>
          <w:tcPr>
            <w:tcW w:type="dxa" w:w="3118"/>
          </w:tcPr>
          <w:p/>
        </w:tc>
      </w:tr>
    </w:tbl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Free template from aiagentsfortravel.com/guides/travel-itinerary-template/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itinerary template</dc:title>
  <dc:subject/>
  <dc:creator>AI Agents for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